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 w:val="0"/>
          <w:i/>
          <w:sz w:val="18"/>
        </w:rPr>
        <w:t>Рекомендуемая форма: приложение № 5 к Положению об аккредитации специалистов (приказ Минздрава России от 28.10.2022 № 709н). Образец заполнения — приложение 6 к методическим рекомендациям (письмо Минздрава России от 03.09.2026 № 16-7/4944).</w:t>
      </w:r>
    </w:p>
    <w:p>
      <w:pPr>
        <w:jc w:val="right"/>
      </w:pPr>
      <w:r>
        <w:rPr>
          <w:b/>
          <w:i w:val="0"/>
        </w:rPr>
        <w:t>СОГЛАСОВАН</w:t>
      </w:r>
    </w:p>
    <w:p>
      <w:pPr>
        <w:jc w:val="right"/>
      </w:pPr>
      <w:r>
        <w:rPr>
          <w:b w:val="0"/>
          <w:i w:val="0"/>
        </w:rPr>
        <w:t>_____________________________________</w:t>
      </w:r>
    </w:p>
    <w:p>
      <w:pPr>
        <w:jc w:val="right"/>
      </w:pPr>
      <w:r>
        <w:rPr>
          <w:b w:val="0"/>
          <w:i w:val="0"/>
          <w:sz w:val="18"/>
        </w:rPr>
        <w:t>(подпись, ФИО руководителя организации или уполномоченного заместителя)</w:t>
      </w:r>
    </w:p>
    <w:p>
      <w:pPr>
        <w:jc w:val="right"/>
      </w:pPr>
      <w:r>
        <w:rPr>
          <w:b w:val="0"/>
          <w:i w:val="0"/>
          <w:sz w:val="20"/>
        </w:rPr>
        <w:t>М.П. (при наличии)</w:t>
      </w:r>
    </w:p>
    <w:p>
      <w:r>
        <w:rPr>
          <w:b w:val="0"/>
          <w:i w:val="0"/>
        </w:rPr>
      </w:r>
    </w:p>
    <w:p>
      <w:pPr>
        <w:jc w:val="center"/>
      </w:pPr>
      <w:r>
        <w:rPr>
          <w:b/>
          <w:i w:val="0"/>
          <w:sz w:val="28"/>
        </w:rPr>
        <w:t>ОТЧЕТ</w:t>
      </w:r>
    </w:p>
    <w:p>
      <w:pPr>
        <w:jc w:val="center"/>
      </w:pPr>
      <w:r>
        <w:rPr>
          <w:b/>
          <w:i w:val="0"/>
        </w:rPr>
        <w:t>о профессиональной деятельности</w:t>
      </w:r>
    </w:p>
    <w:p>
      <w:r>
        <w:rPr>
          <w:b w:val="0"/>
          <w:i w:val="0"/>
        </w:rPr>
      </w:r>
    </w:p>
    <w:p>
      <w:r>
        <w:rPr>
          <w:b w:val="0"/>
          <w:i w:val="0"/>
        </w:rPr>
        <w:t>ФИО, занимаемая должность: ______________________________________________________________</w:t>
      </w:r>
    </w:p>
    <w:p>
      <w:r>
        <w:rPr>
          <w:b w:val="0"/>
          <w:i w:val="0"/>
        </w:rPr>
        <w:t>СНИЛС: _________________________</w:t>
      </w:r>
    </w:p>
    <w:p>
      <w:r>
        <w:rPr>
          <w:b w:val="0"/>
          <w:i w:val="0"/>
        </w:rPr>
        <w:t>с «___» ____________ 20___ г. по «___» ____________ 20___ г.</w:t>
      </w:r>
    </w:p>
    <w:p>
      <w:r>
        <w:rPr>
          <w:b w:val="0"/>
          <w:i w:val="0"/>
        </w:rPr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24"/>
        <w:gridCol w:w="3324"/>
        <w:gridCol w:w="3324"/>
      </w:tblGrid>
      <w:tr>
        <w:tc>
          <w:tcPr>
            <w:tcW w:type="dxa" w:w="567"/>
          </w:tcPr>
          <w:p>
            <w:r>
              <w:rPr>
                <w:sz w:val="22"/>
              </w:rPr>
              <w:t>1</w:t>
            </w:r>
          </w:p>
        </w:tc>
        <w:tc>
          <w:tcPr>
            <w:tcW w:type="dxa" w:w="4252"/>
          </w:tcPr>
          <w:p>
            <w:r>
              <w:rPr>
                <w:sz w:val="22"/>
              </w:rPr>
              <w:t>Сведения об организации, в которой аккредитуемый осуществляет профессиональную деятельность (краткая характеристика организации, отражающая основные направления ее деятельности, ее структура)</w:t>
            </w:r>
          </w:p>
        </w:tc>
        <w:tc>
          <w:tcPr>
            <w:tcW w:type="dxa" w:w="4819"/>
          </w:tcPr>
          <w:p>
            <w:r>
              <w:rPr>
                <w:sz w:val="22"/>
              </w:rPr>
            </w:r>
          </w:p>
        </w:tc>
      </w:tr>
      <w:tr>
        <w:tc>
          <w:tcPr>
            <w:tcW w:type="dxa" w:w="567"/>
          </w:tcPr>
          <w:p>
            <w:r>
              <w:rPr>
                <w:sz w:val="22"/>
              </w:rPr>
              <w:t>2</w:t>
            </w:r>
          </w:p>
        </w:tc>
        <w:tc>
          <w:tcPr>
            <w:tcW w:type="dxa" w:w="4252"/>
          </w:tcPr>
          <w:p>
            <w:r>
              <w:rPr>
                <w:sz w:val="22"/>
              </w:rPr>
              <w:t>Наименование структурного подразделения, в котором аккредитуемый осуществляет профессиональную деятельность, основные задачи и функции указанного структурного подразделения</w:t>
            </w:r>
          </w:p>
        </w:tc>
        <w:tc>
          <w:tcPr>
            <w:tcW w:type="dxa" w:w="4819"/>
          </w:tcPr>
          <w:p>
            <w:r>
              <w:rPr>
                <w:sz w:val="22"/>
              </w:rPr>
            </w:r>
          </w:p>
        </w:tc>
      </w:tr>
      <w:tr>
        <w:tc>
          <w:tcPr>
            <w:tcW w:type="dxa" w:w="567"/>
          </w:tcPr>
          <w:p>
            <w:r>
              <w:rPr>
                <w:sz w:val="22"/>
              </w:rPr>
              <w:t>3</w:t>
            </w:r>
          </w:p>
        </w:tc>
        <w:tc>
          <w:tcPr>
            <w:tcW w:type="dxa" w:w="4252"/>
          </w:tcPr>
          <w:p>
            <w:r>
              <w:rPr>
                <w:sz w:val="22"/>
              </w:rPr>
              <w:t>Стаж работы по специальности</w:t>
            </w:r>
          </w:p>
        </w:tc>
        <w:tc>
          <w:tcPr>
            <w:tcW w:type="dxa" w:w="4819"/>
          </w:tcPr>
          <w:p>
            <w:r>
              <w:rPr>
                <w:sz w:val="22"/>
              </w:rPr>
            </w:r>
          </w:p>
        </w:tc>
      </w:tr>
      <w:tr>
        <w:tc>
          <w:tcPr>
            <w:tcW w:type="dxa" w:w="567"/>
          </w:tcPr>
          <w:p>
            <w:r>
              <w:rPr>
                <w:sz w:val="22"/>
              </w:rPr>
              <w:t>4</w:t>
            </w:r>
          </w:p>
        </w:tc>
        <w:tc>
          <w:tcPr>
            <w:tcW w:type="dxa" w:w="4252"/>
          </w:tcPr>
          <w:p>
            <w:r>
              <w:rPr>
                <w:sz w:val="22"/>
              </w:rPr>
              <w:t>Описание выполняемой работы в соответствии с трудовой функцией</w:t>
            </w:r>
          </w:p>
        </w:tc>
        <w:tc>
          <w:tcPr>
            <w:tcW w:type="dxa" w:w="4819"/>
          </w:tcPr>
          <w:p>
            <w:r>
              <w:rPr>
                <w:sz w:val="22"/>
              </w:rPr>
            </w:r>
          </w:p>
        </w:tc>
      </w:tr>
      <w:tr>
        <w:tc>
          <w:tcPr>
            <w:tcW w:type="dxa" w:w="567"/>
          </w:tcPr>
          <w:p>
            <w:r>
              <w:rPr>
                <w:sz w:val="22"/>
              </w:rPr>
              <w:t>5</w:t>
            </w:r>
          </w:p>
        </w:tc>
        <w:tc>
          <w:tcPr>
            <w:tcW w:type="dxa" w:w="4252"/>
          </w:tcPr>
          <w:p>
            <w:r>
              <w:rPr>
                <w:sz w:val="22"/>
              </w:rPr>
              <w:t>Опыт работы, включая анализ профессиональной деятельности за отчетный период</w:t>
            </w:r>
          </w:p>
        </w:tc>
        <w:tc>
          <w:tcPr>
            <w:tcW w:type="dxa" w:w="4819"/>
          </w:tcPr>
          <w:p>
            <w:r>
              <w:rPr>
                <w:sz w:val="22"/>
              </w:rPr>
            </w:r>
          </w:p>
        </w:tc>
      </w:tr>
      <w:tr>
        <w:tc>
          <w:tcPr>
            <w:tcW w:type="dxa" w:w="567"/>
          </w:tcPr>
          <w:p>
            <w:r>
              <w:rPr>
                <w:sz w:val="22"/>
              </w:rPr>
              <w:t>6</w:t>
            </w:r>
          </w:p>
        </w:tc>
        <w:tc>
          <w:tcPr>
            <w:tcW w:type="dxa" w:w="4252"/>
          </w:tcPr>
          <w:p>
            <w:r>
              <w:rPr>
                <w:sz w:val="22"/>
              </w:rPr>
              <w:t>Выполнение функции наставника (при наличии)</w:t>
            </w:r>
          </w:p>
        </w:tc>
        <w:tc>
          <w:tcPr>
            <w:tcW w:type="dxa" w:w="4819"/>
          </w:tcPr>
          <w:p>
            <w:r>
              <w:rPr>
                <w:sz w:val="22"/>
              </w:rPr>
            </w:r>
          </w:p>
        </w:tc>
      </w:tr>
      <w:tr>
        <w:tc>
          <w:tcPr>
            <w:tcW w:type="dxa" w:w="567"/>
          </w:tcPr>
          <w:p>
            <w:r>
              <w:rPr>
                <w:sz w:val="22"/>
              </w:rPr>
              <w:t>7</w:t>
            </w:r>
          </w:p>
        </w:tc>
        <w:tc>
          <w:tcPr>
            <w:tcW w:type="dxa" w:w="4252"/>
          </w:tcPr>
          <w:p>
            <w:r>
              <w:rPr>
                <w:sz w:val="22"/>
              </w:rPr>
              <w:t>Предложения по совершенствованию своей профессиональной деятельности</w:t>
            </w:r>
          </w:p>
        </w:tc>
        <w:tc>
          <w:tcPr>
            <w:tcW w:type="dxa" w:w="4819"/>
          </w:tcPr>
          <w:p>
            <w:r>
              <w:rPr>
                <w:sz w:val="22"/>
              </w:rPr>
            </w:r>
          </w:p>
        </w:tc>
      </w:tr>
    </w:tbl>
    <w:p>
      <w:r>
        <w:rPr>
          <w:b w:val="0"/>
          <w:i w:val="0"/>
        </w:rPr>
      </w:r>
    </w:p>
    <w:p>
      <w:r>
        <w:rPr>
          <w:b w:val="0"/>
          <w:i w:val="0"/>
        </w:rPr>
        <w:t>Личная подпись аккредитуемого: ________________  /  ________________________</w:t>
      </w:r>
    </w:p>
    <w:p>
      <w:r>
        <w:rPr>
          <w:b w:val="0"/>
          <w:i w:val="0"/>
        </w:rPr>
      </w:r>
    </w:p>
    <w:p>
      <w:r>
        <w:rPr>
          <w:b w:val="0"/>
          <w:i/>
          <w:sz w:val="18"/>
        </w:rPr>
        <w:t>Не указывайте в отчёте сведения, по которым можно узнать пациентов (323-ФЗ, ст. 13). Черновик по вашему рассказу голосом собирает бот @accred_check_bot.</w:t>
      </w:r>
    </w:p>
    <w:sectPr w:rsidR="00FC693F" w:rsidRPr="0006063C" w:rsidSect="00034616">
      <w:pgSz w:w="12240" w:h="15840"/>
      <w:pgMar w:top="1134" w:right="850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 профессиональной деятельности — форма (прил. 5 к 709н)</dc:title>
  <dc:subject/>
  <dc:creator>Аккредитация без возврата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